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בונים יחידת לימוד דיגיטלית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תבנית ליחידת לימוד דיגיטלית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מרכיבי התבנית המוכנה ליחידת לימוד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תפקיד כל חלק ביחידה (תחנות, מטרות, הערכה, רפלקציה)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בניית חלקים מתוך יחידה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להסביר לתלמידים מה נלמד ולמה זה קשור לחיים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מופיע במפת היחידה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הרפלקציה מופיעה בסוף היחידה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רשום בחלק ההתאמות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מסקרנת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חלק לתפקידו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(שם מזמין וכותרת משנה)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(מה התלמידים ידעו לעשות בסוף היחידה)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(רשימת חמש התחנות)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(בדיקה עצמית, מחוון, משוב עמיתים וכרטיס יציאה)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התחנות ביחידה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פתיחה מסקרנת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ידע בסיס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העמקה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יישום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ברור שמתאר יכולת שהתלמיד ירכוש, למשל: להסביר את מחזור המים בטבע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פתיחה, ידע בסיס, העמקה, יישום, תוצר וסיכום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מטרות - מה נלמד; רפלקציה - מחשבה על הלמידה בסוף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כותרת, מטרה, הסבר, מקור, משימה ובדיקה 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התבנית על המסך תוך כדי פתרון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לתת לתלמידים לנסות לבנות דוגמה קצרה משלהם בסוף השיעור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לגרסת חנ״מ אפשר להשמיט את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בונים יחידת לימוד דיגיטלית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תבנית ליחידת לימוד דיגיטלית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את מבנה התבנית המוכנה לבניית יחידת לימוד עצמאית - החלקים, הסדר שלהם והתפקיד של כל אחד מהם.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חמש  ·  מסקרנת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המבנה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תחנות מופיעות במפת היחידה בתבנית?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המטרה של החלק 'למה זה חשוב לי'?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לפרט את המקורות ללימוד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להסביר לתלמידים מה נלמד ולמה זה קשור לחיים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לרשום את שם המורה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התבנית כוללת חמש תחנות במפת היחידה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הרפלקציה נמצאת בתחילת היחידה, לפני התחנות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ההתאמות לתלמידים עולים כוללות מילון תמונות ומשפטים קצרים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במפת היחידה מופיעות __________ תחנות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התחנה הראשונה במפת היחידה נקראת פתיחה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בין חלק לתפקידו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שם היחידה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בדיקה עצמית, מחוון, משוב עמיתים וכרטיס יציאה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מטרות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רשימת חמש התחנות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מפת היחידה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מה התלמידים ידעו לעשות בסוף היחידה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הערכה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שם מזמין וכותרת משנה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התחנות ביחידה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ידע בסיס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יישום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פתיחה מסקרנת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העמקה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משפט אחד שמסביר מטרה אפשרית אחת ליחידת לימוד (לדוגמה: להסביר תופעה מסוימת)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מהן חמש התחנות במפת היחידה?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מטרות לבין רפלקציה?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תבנית ליחידת לימוד דיגיטלית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