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התבנית המוכנה ליחידת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כל חלק ביחידה (תחנות, מטרות, הערכה, רפלקציה)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חלקים מתוך יחידה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לתלמידים מה נלמד ולמה זה קשור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כותרת, מטרה, הסבר, מקור, משימה ובדיקה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 מתוך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תוצר אחד לבחירה שמחבר את כל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במפת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הרפלקציה מופיעה בסוף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רשום בחלק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בתוצר אחד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בדיקה עצמית מופיעה בכל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מסקרנת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מזמין וכותרת משנה)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התלמידים ידעו לעשות בסוף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(רשימת חמש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(בדיקה עצמית, מחוון, משוב עמיתים וכרטיס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(מחשבה על הלמידה ועל הקשיים)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התחנות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ידע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תוצר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יכולת שהתלמיד ירכוש, למשל: להסביר את מחזור המים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ידע בסיס, העמקה, יישום, תוצר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מטרות - מה נלמד; רפלקציה - מחשבה על הלמידה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מטרה, הסבר, מקור, משימה ובדיקה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התבנית על המסך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לנסות לבנות דוגמה קצרה משלהם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מבנה התבנית המוכנה לבניית יחידת לימוד עצמאית - החלקים, הסדר שלהם והתפקיד של כל אחד מהם.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מופיעות במפת היחידה בתבנית?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החלק 'למה זה חשוב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לפרט את המקורות 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לתלמידים מה נלמד ולמה זה קשור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משך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כלול בכל תחנה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מטרה, הסבר, מקור, משימה ובדיקה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מקור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משימות בחירה התלמידים צריכים לבצע לפי התבנית?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מתוך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מתוך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מתוך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מופיע במשימת הסיכום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 אחד לבחירה שמחבר את כל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רב-ברירה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הצגה בעל פה ללא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למורה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כוללת חמש תחנות במפת היחידה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הרפלקציה נמצאת בתחילת היחידה, לפני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ההתאמות לתלמידים עולים כוללות מילון תמונות ומשפטים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הסיכום דורשת יצירת כמה תוצרים שונים במקביל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עצמית מופיעה רק במשימת הסיכום ולא בתחנות עצמן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במפת היחידה מופיעות __________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התחנה הראשונה במפת היחידה נקראת פתיחה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היחידה התלמידים מבצעים __________ אחד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כוללת שאלות כמו מה למדתי ומה היה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חמש התחנות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מזמין וכותרת משנה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על הלמידה ועל הקשיים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התלמידים ידעו לעשות בסוף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עצמית, מחוון, משוב עמיתים וכרטיס יציאה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התחנות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ידע בסיס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מסקרנת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מטרה אפשרית אחת ליחידת לימוד (לדוגמה: להסביר תופעה מסוימת)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התחנות במפת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מטרות לבין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כל תחנה ביחידה?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תבנית ליחידת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